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7B23D" w14:textId="4957B6BA" w:rsidR="00E3069D" w:rsidRDefault="00E3069D" w:rsidP="001B77C1">
      <w:pPr>
        <w:pStyle w:val="aa"/>
        <w:jc w:val="center"/>
        <w:rPr>
          <w:color w:val="000000" w:themeColor="text1"/>
          <w:lang w:eastAsia="ja-JP"/>
        </w:rPr>
      </w:pPr>
      <w:r w:rsidRPr="00E3069D">
        <w:rPr>
          <w:rFonts w:hint="eastAsia"/>
          <w:color w:val="000000" w:themeColor="text1"/>
          <w:sz w:val="44"/>
          <w:szCs w:val="44"/>
          <w:lang w:eastAsia="ja-JP"/>
        </w:rPr>
        <w:t>令和</w:t>
      </w:r>
      <w:r w:rsidR="001B107F">
        <w:rPr>
          <w:rFonts w:hint="eastAsia"/>
          <w:color w:val="000000" w:themeColor="text1"/>
          <w:sz w:val="44"/>
          <w:szCs w:val="44"/>
          <w:lang w:eastAsia="ja-JP"/>
        </w:rPr>
        <w:t>８</w:t>
      </w:r>
      <w:r w:rsidRPr="00E3069D">
        <w:rPr>
          <w:rFonts w:hint="eastAsia"/>
          <w:color w:val="000000" w:themeColor="text1"/>
          <w:sz w:val="44"/>
          <w:szCs w:val="44"/>
          <w:lang w:eastAsia="ja-JP"/>
        </w:rPr>
        <w:t xml:space="preserve">年度　</w:t>
      </w:r>
      <w:r w:rsidR="000313FB" w:rsidRPr="00E3069D">
        <w:rPr>
          <w:rFonts w:hint="eastAsia"/>
          <w:color w:val="000000" w:themeColor="text1"/>
          <w:sz w:val="44"/>
          <w:szCs w:val="44"/>
          <w:lang w:eastAsia="ja-JP"/>
        </w:rPr>
        <w:t>鶴ヶ城ボランティアガイド</w:t>
      </w:r>
    </w:p>
    <w:p w14:paraId="5B199627" w14:textId="1EFF8617" w:rsidR="00235EE7" w:rsidRPr="00432934" w:rsidRDefault="005D0515" w:rsidP="001B77C1">
      <w:pPr>
        <w:pStyle w:val="aa"/>
        <w:jc w:val="center"/>
        <w:rPr>
          <w:color w:val="000000" w:themeColor="text1"/>
          <w:lang w:eastAsia="ja-JP"/>
        </w:rPr>
      </w:pPr>
      <w:r>
        <w:rPr>
          <w:rFonts w:hint="eastAsia"/>
          <w:color w:val="000000" w:themeColor="text1"/>
          <w:lang w:eastAsia="ja-JP"/>
        </w:rPr>
        <w:t>応募用紙</w:t>
      </w:r>
    </w:p>
    <w:tbl>
      <w:tblPr>
        <w:tblStyle w:val="afe"/>
        <w:tblpPr w:leftFromText="142" w:rightFromText="142" w:vertAnchor="text" w:horzAnchor="margin" w:tblpY="-68"/>
        <w:tblW w:w="9493" w:type="dxa"/>
        <w:tblLook w:val="04A0" w:firstRow="1" w:lastRow="0" w:firstColumn="1" w:lastColumn="0" w:noHBand="0" w:noVBand="1"/>
      </w:tblPr>
      <w:tblGrid>
        <w:gridCol w:w="2160"/>
        <w:gridCol w:w="3666"/>
        <w:gridCol w:w="3667"/>
      </w:tblGrid>
      <w:tr w:rsidR="000F45A5" w:rsidRPr="00432934" w14:paraId="3F540F9A" w14:textId="77777777" w:rsidTr="000F45A5">
        <w:trPr>
          <w:trHeight w:val="549"/>
        </w:trPr>
        <w:tc>
          <w:tcPr>
            <w:tcW w:w="2160" w:type="dxa"/>
            <w:vAlign w:val="center"/>
          </w:tcPr>
          <w:p w14:paraId="7D23C5B5" w14:textId="77777777" w:rsidR="000F45A5" w:rsidRPr="00432934" w:rsidRDefault="000F45A5" w:rsidP="000F45A5">
            <w:pPr>
              <w:jc w:val="center"/>
              <w:rPr>
                <w:rFonts w:ascii="HGPｺﾞｼｯｸM" w:eastAsia="HGPｺﾞｼｯｸM" w:hAnsi="HG丸ｺﾞｼｯｸM-PRO"/>
                <w:color w:val="000000" w:themeColor="text1"/>
                <w:sz w:val="18"/>
                <w:szCs w:val="16"/>
                <w:lang w:eastAsia="ja-JP"/>
              </w:rPr>
            </w:pPr>
            <w:r w:rsidRPr="00432934">
              <w:rPr>
                <w:rFonts w:ascii="HGPｺﾞｼｯｸM" w:eastAsia="HGPｺﾞｼｯｸM" w:hAnsi="HG丸ｺﾞｼｯｸM-PRO" w:hint="eastAsia"/>
                <w:color w:val="000000" w:themeColor="text1"/>
                <w:sz w:val="18"/>
                <w:szCs w:val="16"/>
                <w:lang w:eastAsia="ja-JP"/>
              </w:rPr>
              <w:t>ふりがな</w:t>
            </w:r>
          </w:p>
          <w:p w14:paraId="6064A4F7" w14:textId="77777777" w:rsidR="000F45A5" w:rsidRPr="00432934" w:rsidRDefault="000F45A5" w:rsidP="000F45A5">
            <w:pPr>
              <w:jc w:val="center"/>
              <w:rPr>
                <w:rFonts w:ascii="HGPｺﾞｼｯｸM" w:eastAsia="HGPｺﾞｼｯｸM" w:hAnsi="HG丸ｺﾞｼｯｸM-PRO"/>
                <w:color w:val="000000" w:themeColor="text1"/>
                <w:szCs w:val="21"/>
                <w:lang w:eastAsia="ja-JP"/>
              </w:rPr>
            </w:pPr>
            <w:r w:rsidRPr="00432934">
              <w:rPr>
                <w:rFonts w:ascii="HGPｺﾞｼｯｸM" w:eastAsia="HGPｺﾞｼｯｸM" w:hAnsi="HG丸ｺﾞｼｯｸM-PRO" w:hint="eastAsia"/>
                <w:color w:val="000000" w:themeColor="text1"/>
                <w:sz w:val="24"/>
                <w:lang w:eastAsia="ja-JP"/>
              </w:rPr>
              <w:t>氏名</w:t>
            </w:r>
          </w:p>
        </w:tc>
        <w:tc>
          <w:tcPr>
            <w:tcW w:w="7333" w:type="dxa"/>
            <w:gridSpan w:val="2"/>
            <w:vAlign w:val="center"/>
          </w:tcPr>
          <w:p w14:paraId="10198D72" w14:textId="77777777" w:rsidR="000F45A5" w:rsidRPr="00432934" w:rsidRDefault="000F45A5" w:rsidP="000F45A5">
            <w:pPr>
              <w:ind w:firstLineChars="400" w:firstLine="880"/>
              <w:rPr>
                <w:rFonts w:ascii="HGPｺﾞｼｯｸM" w:eastAsia="HGPｺﾞｼｯｸM" w:hAnsi="HG丸ｺﾞｼｯｸM-PRO"/>
                <w:color w:val="000000" w:themeColor="text1"/>
                <w:szCs w:val="21"/>
                <w:lang w:eastAsia="zh-TW"/>
              </w:rPr>
            </w:pPr>
          </w:p>
        </w:tc>
      </w:tr>
      <w:tr w:rsidR="000F45A5" w:rsidRPr="00432934" w14:paraId="6C268A5D" w14:textId="77777777" w:rsidTr="000F45A5">
        <w:trPr>
          <w:trHeight w:val="424"/>
        </w:trPr>
        <w:tc>
          <w:tcPr>
            <w:tcW w:w="2160" w:type="dxa"/>
            <w:vAlign w:val="center"/>
          </w:tcPr>
          <w:p w14:paraId="16E761D6" w14:textId="77777777" w:rsidR="000F45A5" w:rsidRPr="00432934" w:rsidRDefault="000F45A5" w:rsidP="000F45A5">
            <w:pPr>
              <w:jc w:val="center"/>
              <w:rPr>
                <w:rFonts w:ascii="HGPｺﾞｼｯｸM" w:eastAsia="HGPｺﾞｼｯｸM" w:hAnsi="HG丸ｺﾞｼｯｸM-PRO"/>
                <w:color w:val="000000" w:themeColor="text1"/>
                <w:szCs w:val="21"/>
              </w:rPr>
            </w:pPr>
            <w:r w:rsidRPr="00432934">
              <w:rPr>
                <w:rFonts w:ascii="HGPｺﾞｼｯｸM" w:eastAsia="HGPｺﾞｼｯｸM" w:hAnsi="HG丸ｺﾞｼｯｸM-PRO" w:hint="eastAsia"/>
                <w:color w:val="000000" w:themeColor="text1"/>
                <w:szCs w:val="21"/>
                <w:lang w:eastAsia="ja-JP"/>
              </w:rPr>
              <w:t>性別</w:t>
            </w:r>
          </w:p>
        </w:tc>
        <w:tc>
          <w:tcPr>
            <w:tcW w:w="3666" w:type="dxa"/>
            <w:vAlign w:val="center"/>
          </w:tcPr>
          <w:p w14:paraId="45A10EE1" w14:textId="77777777" w:rsidR="000F45A5" w:rsidRPr="00432934" w:rsidRDefault="000F45A5" w:rsidP="000F45A5">
            <w:pPr>
              <w:jc w:val="center"/>
              <w:rPr>
                <w:rFonts w:ascii="HGPｺﾞｼｯｸM" w:eastAsia="HGPｺﾞｼｯｸM" w:hAnsi="HG丸ｺﾞｼｯｸM-PRO"/>
                <w:color w:val="000000" w:themeColor="text1"/>
                <w:szCs w:val="21"/>
                <w:lang w:eastAsia="ja-JP"/>
              </w:rPr>
            </w:pPr>
            <w:r w:rsidRPr="00432934">
              <w:rPr>
                <w:rFonts w:ascii="HGPｺﾞｼｯｸM" w:eastAsia="HGPｺﾞｼｯｸM" w:hAnsi="HG丸ｺﾞｼｯｸM-PRO" w:hint="eastAsia"/>
                <w:color w:val="000000" w:themeColor="text1"/>
                <w:szCs w:val="21"/>
                <w:lang w:eastAsia="ja-JP"/>
              </w:rPr>
              <w:t>□男</w:t>
            </w:r>
          </w:p>
        </w:tc>
        <w:tc>
          <w:tcPr>
            <w:tcW w:w="3667" w:type="dxa"/>
            <w:vAlign w:val="center"/>
          </w:tcPr>
          <w:p w14:paraId="4EC4BA29" w14:textId="77777777" w:rsidR="000F45A5" w:rsidRPr="00432934" w:rsidRDefault="000F45A5" w:rsidP="000F45A5">
            <w:pPr>
              <w:jc w:val="center"/>
              <w:rPr>
                <w:rFonts w:ascii="HGPｺﾞｼｯｸM" w:eastAsia="HGPｺﾞｼｯｸM" w:hAnsi="HG丸ｺﾞｼｯｸM-PRO"/>
                <w:color w:val="000000" w:themeColor="text1"/>
                <w:szCs w:val="21"/>
              </w:rPr>
            </w:pPr>
            <w:r w:rsidRPr="00432934">
              <w:rPr>
                <w:rFonts w:ascii="HGPｺﾞｼｯｸM" w:eastAsia="HGPｺﾞｼｯｸM" w:hAnsi="HG丸ｺﾞｼｯｸM-PRO" w:hint="eastAsia"/>
                <w:color w:val="000000" w:themeColor="text1"/>
                <w:szCs w:val="21"/>
                <w:lang w:eastAsia="ja-JP"/>
              </w:rPr>
              <w:t>□</w:t>
            </w:r>
            <w:r>
              <w:rPr>
                <w:rFonts w:ascii="HGPｺﾞｼｯｸM" w:eastAsia="HGPｺﾞｼｯｸM" w:hAnsi="HG丸ｺﾞｼｯｸM-PRO" w:hint="eastAsia"/>
                <w:color w:val="000000" w:themeColor="text1"/>
                <w:szCs w:val="21"/>
                <w:lang w:eastAsia="ja-JP"/>
              </w:rPr>
              <w:t>女</w:t>
            </w:r>
          </w:p>
        </w:tc>
      </w:tr>
      <w:tr w:rsidR="000F45A5" w:rsidRPr="00432934" w14:paraId="16A12DE9" w14:textId="77777777" w:rsidTr="000F45A5">
        <w:trPr>
          <w:trHeight w:val="416"/>
        </w:trPr>
        <w:tc>
          <w:tcPr>
            <w:tcW w:w="2160" w:type="dxa"/>
            <w:vAlign w:val="center"/>
          </w:tcPr>
          <w:p w14:paraId="1D96F8F7" w14:textId="77777777" w:rsidR="000F45A5" w:rsidRPr="00432934" w:rsidRDefault="000F45A5" w:rsidP="000F45A5">
            <w:pPr>
              <w:jc w:val="center"/>
              <w:rPr>
                <w:rFonts w:ascii="HGPｺﾞｼｯｸM" w:eastAsia="HGPｺﾞｼｯｸM" w:hAnsi="HG丸ｺﾞｼｯｸM-PRO"/>
                <w:color w:val="000000" w:themeColor="text1"/>
                <w:szCs w:val="21"/>
                <w:lang w:eastAsia="ja-JP"/>
              </w:rPr>
            </w:pPr>
            <w:r w:rsidRPr="00432934">
              <w:rPr>
                <w:rFonts w:ascii="HGPｺﾞｼｯｸM" w:eastAsia="HGPｺﾞｼｯｸM" w:hAnsi="HG丸ｺﾞｼｯｸM-PRO" w:hint="eastAsia"/>
                <w:color w:val="000000" w:themeColor="text1"/>
                <w:szCs w:val="21"/>
                <w:lang w:eastAsia="ja-JP"/>
              </w:rPr>
              <w:t>生年月日</w:t>
            </w:r>
          </w:p>
        </w:tc>
        <w:tc>
          <w:tcPr>
            <w:tcW w:w="7333" w:type="dxa"/>
            <w:gridSpan w:val="2"/>
            <w:vAlign w:val="center"/>
          </w:tcPr>
          <w:p w14:paraId="43D9D3DA" w14:textId="77777777" w:rsidR="000F45A5" w:rsidRPr="00432934" w:rsidRDefault="000F45A5" w:rsidP="000F45A5">
            <w:pPr>
              <w:jc w:val="center"/>
              <w:rPr>
                <w:rFonts w:ascii="HGPｺﾞｼｯｸM" w:eastAsia="HGPｺﾞｼｯｸM" w:hAnsi="HG丸ｺﾞｼｯｸM-PRO"/>
                <w:color w:val="000000" w:themeColor="text1"/>
                <w:szCs w:val="21"/>
                <w:lang w:eastAsia="ja-JP"/>
              </w:rPr>
            </w:pPr>
            <w:r>
              <w:rPr>
                <w:rFonts w:ascii="HGPｺﾞｼｯｸM" w:eastAsia="HGPｺﾞｼｯｸM" w:hAnsi="HG丸ｺﾞｼｯｸM-PRO" w:hint="eastAsia"/>
                <w:color w:val="000000" w:themeColor="text1"/>
                <w:szCs w:val="21"/>
                <w:lang w:eastAsia="ja-JP"/>
              </w:rPr>
              <w:t>昭和 ・ 平成</w:t>
            </w:r>
            <w:r w:rsidRPr="00432934">
              <w:rPr>
                <w:rFonts w:ascii="HGPｺﾞｼｯｸM" w:eastAsia="HGPｺﾞｼｯｸM" w:hAnsi="HG丸ｺﾞｼｯｸM-PRO" w:hint="eastAsia"/>
                <w:color w:val="000000" w:themeColor="text1"/>
                <w:szCs w:val="21"/>
                <w:lang w:eastAsia="ja-JP"/>
              </w:rPr>
              <w:t xml:space="preserve">　　　　</w:t>
            </w:r>
            <w:r>
              <w:rPr>
                <w:rFonts w:ascii="HGPｺﾞｼｯｸM" w:eastAsia="HGPｺﾞｼｯｸM" w:hAnsi="HG丸ｺﾞｼｯｸM-PRO" w:hint="eastAsia"/>
                <w:color w:val="000000" w:themeColor="text1"/>
                <w:szCs w:val="21"/>
                <w:lang w:eastAsia="ja-JP"/>
              </w:rPr>
              <w:t xml:space="preserve">　</w:t>
            </w:r>
            <w:r w:rsidRPr="00432934">
              <w:rPr>
                <w:rFonts w:ascii="HGPｺﾞｼｯｸM" w:eastAsia="HGPｺﾞｼｯｸM" w:hAnsi="HG丸ｺﾞｼｯｸM-PRO" w:hint="eastAsia"/>
                <w:color w:val="000000" w:themeColor="text1"/>
                <w:szCs w:val="21"/>
                <w:lang w:eastAsia="ja-JP"/>
              </w:rPr>
              <w:t xml:space="preserve">　　年　　　　月　　　　日（満　　　歳）</w:t>
            </w:r>
          </w:p>
        </w:tc>
      </w:tr>
      <w:tr w:rsidR="000F45A5" w:rsidRPr="00432934" w14:paraId="3BCA542B" w14:textId="77777777" w:rsidTr="000F45A5">
        <w:trPr>
          <w:trHeight w:val="769"/>
        </w:trPr>
        <w:tc>
          <w:tcPr>
            <w:tcW w:w="2160" w:type="dxa"/>
            <w:vAlign w:val="center"/>
          </w:tcPr>
          <w:p w14:paraId="406B03B5" w14:textId="77777777" w:rsidR="000F45A5" w:rsidRPr="00432934" w:rsidRDefault="000F45A5" w:rsidP="000F45A5">
            <w:pPr>
              <w:jc w:val="center"/>
              <w:rPr>
                <w:rFonts w:ascii="HGPｺﾞｼｯｸM" w:eastAsia="HGPｺﾞｼｯｸM" w:hAnsi="HG丸ｺﾞｼｯｸM-PRO"/>
                <w:color w:val="000000" w:themeColor="text1"/>
                <w:szCs w:val="21"/>
              </w:rPr>
            </w:pPr>
            <w:r w:rsidRPr="00432934">
              <w:rPr>
                <w:rFonts w:ascii="HGPｺﾞｼｯｸM" w:eastAsia="HGPｺﾞｼｯｸM" w:hAnsi="HG丸ｺﾞｼｯｸM-PRO" w:hint="eastAsia"/>
                <w:color w:val="000000" w:themeColor="text1"/>
                <w:szCs w:val="21"/>
                <w:lang w:eastAsia="ja-JP"/>
              </w:rPr>
              <w:t>住所</w:t>
            </w:r>
          </w:p>
        </w:tc>
        <w:tc>
          <w:tcPr>
            <w:tcW w:w="7333" w:type="dxa"/>
            <w:gridSpan w:val="2"/>
          </w:tcPr>
          <w:p w14:paraId="647A1C34" w14:textId="77777777" w:rsidR="000F45A5" w:rsidRPr="00432934" w:rsidRDefault="000F45A5" w:rsidP="000F45A5">
            <w:pPr>
              <w:rPr>
                <w:rFonts w:ascii="HGPｺﾞｼｯｸM" w:eastAsia="HGPｺﾞｼｯｸM" w:hAnsi="HG丸ｺﾞｼｯｸM-PRO"/>
                <w:color w:val="000000" w:themeColor="text1"/>
                <w:szCs w:val="21"/>
              </w:rPr>
            </w:pPr>
            <w:r w:rsidRPr="00432934">
              <w:rPr>
                <w:rFonts w:ascii="HGPｺﾞｼｯｸM" w:eastAsia="HGPｺﾞｼｯｸM" w:hAnsi="HG丸ｺﾞｼｯｸM-PRO" w:hint="eastAsia"/>
                <w:color w:val="000000" w:themeColor="text1"/>
                <w:szCs w:val="21"/>
              </w:rPr>
              <w:t>住所　〒　　　　　　　-</w:t>
            </w:r>
          </w:p>
          <w:p w14:paraId="3B98F4D8" w14:textId="77777777" w:rsidR="000F45A5" w:rsidRPr="00432934" w:rsidRDefault="000F45A5" w:rsidP="000F45A5">
            <w:pPr>
              <w:rPr>
                <w:rFonts w:ascii="HGPｺﾞｼｯｸM" w:eastAsia="HGPｺﾞｼｯｸM" w:hAnsi="HG丸ｺﾞｼｯｸM-PRO"/>
                <w:color w:val="000000" w:themeColor="text1"/>
                <w:szCs w:val="21"/>
                <w:lang w:eastAsia="ja-JP"/>
              </w:rPr>
            </w:pPr>
          </w:p>
          <w:p w14:paraId="75F5E944" w14:textId="77777777" w:rsidR="000F45A5" w:rsidRPr="00432934" w:rsidRDefault="000F45A5" w:rsidP="000F45A5">
            <w:pPr>
              <w:rPr>
                <w:rFonts w:ascii="HGPｺﾞｼｯｸM" w:eastAsia="HGPｺﾞｼｯｸM" w:hAnsi="HG丸ｺﾞｼｯｸM-PRO"/>
                <w:color w:val="000000" w:themeColor="text1"/>
                <w:szCs w:val="21"/>
                <w:lang w:eastAsia="ja-JP"/>
              </w:rPr>
            </w:pPr>
          </w:p>
          <w:p w14:paraId="7602DDFF" w14:textId="77777777" w:rsidR="000F45A5" w:rsidRPr="00432934" w:rsidRDefault="000F45A5" w:rsidP="000F45A5">
            <w:pPr>
              <w:rPr>
                <w:rFonts w:ascii="HGPｺﾞｼｯｸM" w:eastAsia="HGPｺﾞｼｯｸM" w:hAnsi="HG丸ｺﾞｼｯｸM-PRO"/>
                <w:color w:val="000000" w:themeColor="text1"/>
                <w:szCs w:val="21"/>
                <w:lang w:eastAsia="zh-TW"/>
              </w:rPr>
            </w:pPr>
            <w:r w:rsidRPr="00432934">
              <w:rPr>
                <w:rFonts w:ascii="HGPｺﾞｼｯｸM" w:eastAsia="HGPｺﾞｼｯｸM" w:hAnsi="HG丸ｺﾞｼｯｸM-PRO" w:hint="eastAsia"/>
                <w:color w:val="000000" w:themeColor="text1"/>
                <w:szCs w:val="21"/>
                <w:lang w:eastAsia="zh-TW"/>
              </w:rPr>
              <w:t>連絡先（携帯）：　　　　　　　　　－　　　　　　　　　－</w:t>
            </w:r>
          </w:p>
          <w:p w14:paraId="670B690F" w14:textId="77777777" w:rsidR="000F45A5" w:rsidRPr="00432934" w:rsidRDefault="000F45A5" w:rsidP="000F45A5">
            <w:pPr>
              <w:rPr>
                <w:rFonts w:ascii="HGPｺﾞｼｯｸM" w:eastAsia="HGPｺﾞｼｯｸM" w:hAnsi="HG丸ｺﾞｼｯｸM-PRO"/>
                <w:color w:val="000000" w:themeColor="text1"/>
                <w:szCs w:val="21"/>
              </w:rPr>
            </w:pPr>
            <w:r w:rsidRPr="00432934">
              <w:rPr>
                <w:rFonts w:ascii="HGPｺﾞｼｯｸM" w:eastAsia="HGPｺﾞｼｯｸM" w:hAnsi="HG丸ｺﾞｼｯｸM-PRO" w:hint="eastAsia"/>
                <w:color w:val="000000" w:themeColor="text1"/>
                <w:szCs w:val="21"/>
              </w:rPr>
              <w:t>ＴＥＬ：　　　　　　　　　　            　　FAX：</w:t>
            </w:r>
          </w:p>
        </w:tc>
      </w:tr>
      <w:tr w:rsidR="000F45A5" w:rsidRPr="00432934" w14:paraId="13D3BE42" w14:textId="77777777" w:rsidTr="000F45A5">
        <w:trPr>
          <w:trHeight w:val="400"/>
        </w:trPr>
        <w:tc>
          <w:tcPr>
            <w:tcW w:w="2160" w:type="dxa"/>
            <w:vAlign w:val="center"/>
          </w:tcPr>
          <w:p w14:paraId="5C0BC8CA" w14:textId="77777777" w:rsidR="000F45A5" w:rsidRPr="00432934" w:rsidRDefault="000F45A5" w:rsidP="000F45A5">
            <w:pPr>
              <w:jc w:val="center"/>
              <w:rPr>
                <w:rFonts w:ascii="HGPｺﾞｼｯｸM" w:eastAsia="HGPｺﾞｼｯｸM" w:hAnsi="HG丸ｺﾞｼｯｸM-PRO"/>
                <w:color w:val="000000" w:themeColor="text1"/>
                <w:szCs w:val="21"/>
              </w:rPr>
            </w:pPr>
            <w:r w:rsidRPr="00432934">
              <w:rPr>
                <w:rFonts w:ascii="HGPｺﾞｼｯｸM" w:eastAsia="HGPｺﾞｼｯｸM" w:hAnsi="HG丸ｺﾞｼｯｸM-PRO" w:hint="eastAsia"/>
                <w:color w:val="000000" w:themeColor="text1"/>
                <w:szCs w:val="21"/>
                <w:lang w:eastAsia="ja-JP"/>
              </w:rPr>
              <w:t>メールアドレス</w:t>
            </w:r>
          </w:p>
        </w:tc>
        <w:tc>
          <w:tcPr>
            <w:tcW w:w="7333" w:type="dxa"/>
            <w:gridSpan w:val="2"/>
          </w:tcPr>
          <w:p w14:paraId="4B22DF0C" w14:textId="77777777" w:rsidR="000F45A5" w:rsidRPr="00432934" w:rsidRDefault="000F45A5" w:rsidP="000F45A5">
            <w:pPr>
              <w:rPr>
                <w:rFonts w:ascii="HGPｺﾞｼｯｸM" w:eastAsia="HGPｺﾞｼｯｸM" w:hAnsi="HG丸ｺﾞｼｯｸM-PRO"/>
                <w:color w:val="000000" w:themeColor="text1"/>
                <w:szCs w:val="21"/>
              </w:rPr>
            </w:pPr>
          </w:p>
        </w:tc>
      </w:tr>
      <w:tr w:rsidR="000F45A5" w:rsidRPr="00432934" w14:paraId="0D4C6A94" w14:textId="77777777" w:rsidTr="000F45A5">
        <w:trPr>
          <w:trHeight w:val="786"/>
        </w:trPr>
        <w:tc>
          <w:tcPr>
            <w:tcW w:w="2160" w:type="dxa"/>
            <w:vAlign w:val="center"/>
          </w:tcPr>
          <w:p w14:paraId="3D3696DC" w14:textId="77777777" w:rsidR="000F45A5" w:rsidRPr="00432934" w:rsidRDefault="000F45A5" w:rsidP="000F45A5">
            <w:pPr>
              <w:jc w:val="center"/>
              <w:rPr>
                <w:rFonts w:ascii="HGPｺﾞｼｯｸM" w:eastAsia="HGPｺﾞｼｯｸM" w:hAnsi="HG丸ｺﾞｼｯｸM-PRO"/>
                <w:color w:val="000000" w:themeColor="text1"/>
                <w:szCs w:val="21"/>
                <w:lang w:eastAsia="ja-JP"/>
              </w:rPr>
            </w:pPr>
            <w:r>
              <w:rPr>
                <w:rFonts w:ascii="HGPｺﾞｼｯｸM" w:eastAsia="HGPｺﾞｼｯｸM" w:hAnsi="HG丸ｺﾞｼｯｸM-PRO" w:hint="eastAsia"/>
                <w:color w:val="000000" w:themeColor="text1"/>
                <w:szCs w:val="21"/>
                <w:lang w:eastAsia="ja-JP"/>
              </w:rPr>
              <w:t>対応可能言語</w:t>
            </w:r>
          </w:p>
        </w:tc>
        <w:tc>
          <w:tcPr>
            <w:tcW w:w="7333" w:type="dxa"/>
            <w:gridSpan w:val="2"/>
          </w:tcPr>
          <w:p w14:paraId="72464831" w14:textId="77777777" w:rsidR="000F45A5" w:rsidRPr="0088421E" w:rsidRDefault="000F45A5" w:rsidP="000F45A5">
            <w:pPr>
              <w:rPr>
                <w:rFonts w:ascii="HGPｺﾞｼｯｸM" w:eastAsia="HGPｺﾞｼｯｸM" w:hAnsi="HG丸ｺﾞｼｯｸM-PRO"/>
                <w:color w:val="000000" w:themeColor="text1"/>
                <w:szCs w:val="21"/>
                <w:lang w:eastAsia="ja-JP"/>
              </w:rPr>
            </w:pPr>
            <w:r w:rsidRPr="0088421E">
              <w:rPr>
                <w:rFonts w:ascii="HGPｺﾞｼｯｸM" w:eastAsia="HGPｺﾞｼｯｸM" w:hint="eastAsia"/>
                <w:color w:val="000000" w:themeColor="text1"/>
                <w:sz w:val="24"/>
                <w:szCs w:val="24"/>
                <w:lang w:eastAsia="ja-JP"/>
              </w:rPr>
              <w:t>□ 英語　□ 中国語　□ 韓国語　□ その他（　　　　　）</w:t>
            </w:r>
            <w:r w:rsidRPr="0088421E">
              <w:rPr>
                <w:rFonts w:ascii="HGPｺﾞｼｯｸM" w:eastAsia="HGPｺﾞｼｯｸM" w:hint="eastAsia"/>
                <w:color w:val="000000" w:themeColor="text1"/>
                <w:sz w:val="24"/>
                <w:szCs w:val="24"/>
                <w:lang w:eastAsia="ja-JP"/>
              </w:rPr>
              <w:br/>
              <w:t>※対応レベルや資格など：</w:t>
            </w:r>
          </w:p>
        </w:tc>
      </w:tr>
      <w:tr w:rsidR="000F45A5" w:rsidRPr="00432934" w14:paraId="7784EB2E" w14:textId="77777777" w:rsidTr="000F45A5">
        <w:trPr>
          <w:trHeight w:val="786"/>
        </w:trPr>
        <w:tc>
          <w:tcPr>
            <w:tcW w:w="2160" w:type="dxa"/>
            <w:vAlign w:val="center"/>
          </w:tcPr>
          <w:p w14:paraId="47A15D19" w14:textId="77777777" w:rsidR="000F45A5" w:rsidRDefault="000F45A5" w:rsidP="000F45A5">
            <w:pPr>
              <w:jc w:val="center"/>
              <w:rPr>
                <w:rFonts w:ascii="HGPｺﾞｼｯｸM" w:eastAsia="HGPｺﾞｼｯｸM" w:hAnsi="HG丸ｺﾞｼｯｸM-PRO"/>
                <w:color w:val="000000" w:themeColor="text1"/>
                <w:szCs w:val="21"/>
                <w:lang w:eastAsia="ja-JP"/>
              </w:rPr>
            </w:pPr>
            <w:r>
              <w:rPr>
                <w:rFonts w:ascii="HGPｺﾞｼｯｸM" w:eastAsia="HGPｺﾞｼｯｸM" w:hAnsi="HG丸ｺﾞｼｯｸM-PRO" w:hint="eastAsia"/>
                <w:color w:val="000000" w:themeColor="text1"/>
                <w:szCs w:val="21"/>
                <w:lang w:eastAsia="ja-JP"/>
              </w:rPr>
              <w:t>市民観光ガイド</w:t>
            </w:r>
          </w:p>
          <w:p w14:paraId="147D5DCE" w14:textId="77777777" w:rsidR="000F45A5" w:rsidRDefault="000F45A5" w:rsidP="000F45A5">
            <w:pPr>
              <w:jc w:val="center"/>
              <w:rPr>
                <w:rFonts w:ascii="HGPｺﾞｼｯｸM" w:eastAsia="HGPｺﾞｼｯｸM" w:hAnsi="HG丸ｺﾞｼｯｸM-PRO"/>
                <w:color w:val="000000" w:themeColor="text1"/>
                <w:szCs w:val="21"/>
                <w:lang w:eastAsia="ja-JP"/>
              </w:rPr>
            </w:pPr>
            <w:r>
              <w:rPr>
                <w:rFonts w:ascii="HGPｺﾞｼｯｸM" w:eastAsia="HGPｺﾞｼｯｸM" w:hAnsi="HG丸ｺﾞｼｯｸM-PRO" w:hint="eastAsia"/>
                <w:color w:val="000000" w:themeColor="text1"/>
                <w:szCs w:val="21"/>
                <w:lang w:eastAsia="ja-JP"/>
              </w:rPr>
              <w:t>受講履歴</w:t>
            </w:r>
          </w:p>
        </w:tc>
        <w:tc>
          <w:tcPr>
            <w:tcW w:w="7333" w:type="dxa"/>
            <w:gridSpan w:val="2"/>
          </w:tcPr>
          <w:p w14:paraId="28845385" w14:textId="77777777" w:rsidR="000F45A5" w:rsidRPr="0088421E" w:rsidRDefault="000F45A5" w:rsidP="000F45A5">
            <w:pPr>
              <w:rPr>
                <w:rFonts w:ascii="HGPｺﾞｼｯｸM" w:eastAsia="HGPｺﾞｼｯｸM"/>
                <w:color w:val="000000" w:themeColor="text1"/>
                <w:sz w:val="24"/>
                <w:szCs w:val="24"/>
                <w:lang w:eastAsia="ja-JP"/>
              </w:rPr>
            </w:pPr>
            <w:r w:rsidRPr="003628C8">
              <w:rPr>
                <w:rFonts w:ascii="HGPｺﾞｼｯｸM" w:eastAsia="HGPｺﾞｼｯｸM" w:hint="eastAsia"/>
                <w:color w:val="000000" w:themeColor="text1"/>
                <w:lang w:eastAsia="ja-JP"/>
              </w:rPr>
              <w:t>令和</w:t>
            </w:r>
            <w:r>
              <w:rPr>
                <w:rFonts w:ascii="HGPｺﾞｼｯｸM" w:eastAsia="HGPｺﾞｼｯｸM" w:hint="eastAsia"/>
                <w:color w:val="000000" w:themeColor="text1"/>
                <w:lang w:eastAsia="ja-JP"/>
              </w:rPr>
              <w:t>7</w:t>
            </w:r>
            <w:r w:rsidRPr="003628C8">
              <w:rPr>
                <w:rFonts w:ascii="HGPｺﾞｼｯｸM" w:eastAsia="HGPｺﾞｼｯｸM" w:hint="eastAsia"/>
                <w:color w:val="000000" w:themeColor="text1"/>
                <w:lang w:eastAsia="ja-JP"/>
              </w:rPr>
              <w:t>年度の市民観光ガイド講座で受講されたものがあれば記載ください。</w:t>
            </w:r>
            <w:r>
              <w:rPr>
                <w:rFonts w:ascii="HGPｺﾞｼｯｸM" w:eastAsia="HGPｺﾞｼｯｸM" w:hint="eastAsia"/>
                <w:color w:val="000000" w:themeColor="text1"/>
                <w:sz w:val="24"/>
                <w:szCs w:val="24"/>
                <w:lang w:eastAsia="ja-JP"/>
              </w:rPr>
              <w:t>（　　　　　　　　　　　　　　　　　　　　　　　　　　　　　　　　　　　　　　　　　　　）</w:t>
            </w:r>
          </w:p>
        </w:tc>
      </w:tr>
    </w:tbl>
    <w:p w14:paraId="3B5A9490" w14:textId="53553369" w:rsidR="00E02458" w:rsidRDefault="00E02458">
      <w:pPr>
        <w:rPr>
          <w:rFonts w:hint="eastAsia"/>
          <w:color w:val="000000" w:themeColor="text1"/>
          <w:lang w:eastAsia="ja-JP"/>
        </w:rPr>
      </w:pPr>
    </w:p>
    <w:p w14:paraId="4215B431" w14:textId="77777777" w:rsidR="009C59F8" w:rsidRDefault="009C59F8">
      <w:pPr>
        <w:rPr>
          <w:color w:val="000000" w:themeColor="text1"/>
          <w:lang w:eastAsia="ja-JP"/>
        </w:rPr>
      </w:pPr>
    </w:p>
    <w:p w14:paraId="74B5DD18" w14:textId="5AAE7C98" w:rsidR="00E02458" w:rsidRDefault="00E02458">
      <w:pPr>
        <w:rPr>
          <w:color w:val="000000" w:themeColor="text1"/>
          <w:lang w:eastAsia="ja-JP"/>
        </w:rPr>
      </w:pPr>
    </w:p>
    <w:p w14:paraId="2C73BDD5" w14:textId="77777777" w:rsidR="00E02458" w:rsidRDefault="00E02458">
      <w:pPr>
        <w:rPr>
          <w:color w:val="000000" w:themeColor="text1"/>
          <w:lang w:eastAsia="ja-JP"/>
        </w:rPr>
      </w:pPr>
    </w:p>
    <w:p w14:paraId="77DD5B9B" w14:textId="1343A962" w:rsidR="00E02458" w:rsidRDefault="00E02458">
      <w:pPr>
        <w:rPr>
          <w:color w:val="000000" w:themeColor="text1"/>
          <w:lang w:eastAsia="ja-JP"/>
        </w:rPr>
      </w:pPr>
    </w:p>
    <w:p w14:paraId="432397E4" w14:textId="4131D3A5" w:rsidR="00E02458" w:rsidRDefault="00E02458">
      <w:pPr>
        <w:rPr>
          <w:color w:val="000000" w:themeColor="text1"/>
          <w:lang w:eastAsia="ja-JP"/>
        </w:rPr>
      </w:pPr>
    </w:p>
    <w:p w14:paraId="1E701294" w14:textId="77777777" w:rsidR="00E02458" w:rsidRDefault="00E02458">
      <w:pPr>
        <w:rPr>
          <w:color w:val="000000" w:themeColor="text1"/>
          <w:lang w:eastAsia="ja-JP"/>
        </w:rPr>
      </w:pPr>
    </w:p>
    <w:p w14:paraId="3A1045EA" w14:textId="785D6DC8" w:rsidR="00E02458" w:rsidRDefault="00E02458">
      <w:pPr>
        <w:rPr>
          <w:color w:val="000000" w:themeColor="text1"/>
          <w:lang w:eastAsia="ja-JP"/>
        </w:rPr>
      </w:pPr>
    </w:p>
    <w:p w14:paraId="3BFAFD77" w14:textId="77777777" w:rsidR="000E7F7D" w:rsidRDefault="000E7F7D">
      <w:pPr>
        <w:pStyle w:val="21"/>
        <w:rPr>
          <w:rFonts w:ascii="HGPｺﾞｼｯｸM" w:eastAsia="HGPｺﾞｼｯｸM"/>
          <w:color w:val="000000" w:themeColor="text1"/>
          <w:lang w:eastAsia="ja-JP"/>
        </w:rPr>
      </w:pPr>
    </w:p>
    <w:p w14:paraId="0BBCED3C" w14:textId="77777777" w:rsidR="000F45A5" w:rsidRPr="000F45A5" w:rsidRDefault="000F45A5" w:rsidP="000F45A5">
      <w:pPr>
        <w:rPr>
          <w:rFonts w:hint="eastAsia"/>
          <w:lang w:eastAsia="ja-JP"/>
        </w:rPr>
      </w:pPr>
    </w:p>
    <w:p w14:paraId="0B1C81FA" w14:textId="006BA08D" w:rsidR="00235EE7" w:rsidRPr="00432934" w:rsidRDefault="000313FB">
      <w:pPr>
        <w:pStyle w:val="21"/>
        <w:rPr>
          <w:rFonts w:ascii="HGPｺﾞｼｯｸM" w:eastAsia="HGPｺﾞｼｯｸM"/>
          <w:color w:val="000000" w:themeColor="text1"/>
          <w:lang w:eastAsia="ja-JP"/>
        </w:rPr>
      </w:pPr>
      <w:r w:rsidRPr="00432934">
        <w:rPr>
          <w:rFonts w:ascii="HGPｺﾞｼｯｸM" w:eastAsia="HGPｺﾞｼｯｸM" w:hint="eastAsia"/>
          <w:color w:val="000000" w:themeColor="text1"/>
          <w:lang w:eastAsia="ja-JP"/>
        </w:rPr>
        <w:t>■ご経歴・志望動機など（任意）</w:t>
      </w:r>
    </w:p>
    <w:p w14:paraId="6BEF3FB7" w14:textId="26DA9992" w:rsidR="005F6F41" w:rsidRDefault="008A53B3" w:rsidP="000E7F7D">
      <w:pPr>
        <w:rPr>
          <w:rFonts w:ascii="HGPｺﾞｼｯｸM" w:eastAsia="HGPｺﾞｼｯｸM"/>
          <w:color w:val="000000" w:themeColor="text1"/>
          <w:lang w:eastAsia="ja-JP"/>
        </w:rPr>
      </w:pPr>
      <w:r>
        <w:rPr>
          <w:rFonts w:ascii="HGPｺﾞｼｯｸM" w:eastAsia="HGPｺﾞｼｯｸM" w:hint="eastAsia"/>
          <w:noProof/>
          <w:color w:val="000000" w:themeColor="text1"/>
          <w:lang w:eastAsia="ja-JP"/>
        </w:rPr>
        <mc:AlternateContent>
          <mc:Choice Requires="wps">
            <w:drawing>
              <wp:anchor distT="0" distB="0" distL="114300" distR="114300" simplePos="0" relativeHeight="251655168" behindDoc="0" locked="0" layoutInCell="1" allowOverlap="1" wp14:anchorId="16429874" wp14:editId="7D715669">
                <wp:simplePos x="0" y="0"/>
                <wp:positionH relativeFrom="column">
                  <wp:posOffset>-66675</wp:posOffset>
                </wp:positionH>
                <wp:positionV relativeFrom="paragraph">
                  <wp:posOffset>205105</wp:posOffset>
                </wp:positionV>
                <wp:extent cx="6010275" cy="647700"/>
                <wp:effectExtent l="0" t="0" r="28575" b="19050"/>
                <wp:wrapNone/>
                <wp:docPr id="981489246" name="正方形/長方形 1"/>
                <wp:cNvGraphicFramePr/>
                <a:graphic xmlns:a="http://schemas.openxmlformats.org/drawingml/2006/main">
                  <a:graphicData uri="http://schemas.microsoft.com/office/word/2010/wordprocessingShape">
                    <wps:wsp>
                      <wps:cNvSpPr/>
                      <wps:spPr>
                        <a:xfrm>
                          <a:off x="0" y="0"/>
                          <a:ext cx="6010275" cy="647700"/>
                        </a:xfrm>
                        <a:prstGeom prst="rect">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657EC6A" id="正方形/長方形 1" o:spid="_x0000_s1026" style="position:absolute;margin-left:-5.25pt;margin-top:16.15pt;width:473.25pt;height:51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pHMZgIAAEkFAAAOAAAAZHJzL2Uyb0RvYy54bWysVF9rGzEMfx/sOxi/r5dkabOFXEpI6RiU&#10;tqwdfXZ8dmLwWZ7s5JJ9+sm+yyV0hcLYiy1ZP/2XPLve15btFAYDruTDiwFnykmojFuX/Ofz7acv&#10;nIUoXCUsOFXygwr8ev7xw6zxUzWCDdhKISMjLkwbX/JNjH5aFEFuVC3CBXjlSKgBaxGJxXVRoWjI&#10;em2L0WBwVTSAlUeQKgR6vWmFfJ7ta61kfNA6qMhsySm2mE/M5yqdxXwmpmsUfmNkF4b4hyhqYRw5&#10;7U3diCjYFs1fpmojEQLoeCGhLkBrI1XOgbIZDl5l87QRXuVcqDjB92UK/8+svN89+UekMjQ+TAOR&#10;KYu9xjrdFB/b52Id+mKpfWSSHq8o3tHkkjNJsqvxZDLI1SxO2h5D/KagZokoOVIzco3E7i5E8kjQ&#10;IyQ5c3BrrM0NsS49BLCmSm+ZSROhlhbZTlAv436YekcmzlDEtZoqd77zckosU/FgVTJo3Q+lmako&#10;lWEOK8/cyYOQUrl49JLRSU1TPL3i5/cVO3xSbaPqlUfvK/ca2TO42CvXxgG+ZcD2IesWT0U6yzuR&#10;K6gOj8gQ2m0IXt4a6tCdCPFRII0/LQqtdHygQ1toSg4dxdkG8Pdb7wlPU0lSzhpap5KHX1uBijP7&#10;3dG8fh2Ox2n/MjO+nIyIwXPJ6lzitvUSqMtD+jy8zGTCR3skNUL9Qpu/SF5JJJwk3yWXEY/MMrZr&#10;Tn+HVItFhtHOeRHv3JOXx66nCXzevwj03ZhGGvB7OK6emL6a1hab+uFgsY2gTR7lU127etO+5vHs&#10;/pb0IZzzGXX6Aed/AAAA//8DAFBLAwQUAAYACAAAACEAGTfJK90AAAAKAQAADwAAAGRycy9kb3du&#10;cmV2LnhtbEyPy07DMBBF90j8gzVIbFDrNIaqpHEqhMQySBQ+wI2ncVS/Gjtt+HuGFSxHc3TvufVu&#10;dpZdcExD8BJWywIY+i7owfcSvj7fFhtgKSuvlQ0eJXxjgl1ze1OrSoer/8DLPveMQnyqlASTc6w4&#10;T51Bp9IyRPT0O4bRqUzn2HM9qiuFO8vLolhzpwZPDUZFfDXYnfaTkzBPm/O5nU7OoGjtQ5njexuj&#10;lPd388sWWMY5/8Hwq0/q0JDTIUxeJ2YlLFbFE6ESRCmAEfAs1jTuQKR4FMCbmv+f0PwAAAD//wMA&#10;UEsBAi0AFAAGAAgAAAAhALaDOJL+AAAA4QEAABMAAAAAAAAAAAAAAAAAAAAAAFtDb250ZW50X1R5&#10;cGVzXS54bWxQSwECLQAUAAYACAAAACEAOP0h/9YAAACUAQAACwAAAAAAAAAAAAAAAAAvAQAAX3Jl&#10;bHMvLnJlbHNQSwECLQAUAAYACAAAACEAtm6RzGYCAABJBQAADgAAAAAAAAAAAAAAAAAuAgAAZHJz&#10;L2Uyb0RvYy54bWxQSwECLQAUAAYACAAAACEAGTfJK90AAAAKAQAADwAAAAAAAAAAAAAAAADABAAA&#10;ZHJzL2Rvd25yZXYueG1sUEsFBgAAAAAEAAQA8wAAAMoFAAAAAA==&#10;" filled="f" strokecolor="black [3213]"/>
            </w:pict>
          </mc:Fallback>
        </mc:AlternateContent>
      </w:r>
      <w:r w:rsidR="000313FB" w:rsidRPr="00432934">
        <w:rPr>
          <w:rFonts w:ascii="HGPｺﾞｼｯｸM" w:eastAsia="HGPｺﾞｼｯｸM" w:hint="eastAsia"/>
          <w:color w:val="000000" w:themeColor="text1"/>
          <w:lang w:eastAsia="ja-JP"/>
        </w:rPr>
        <w:t>（観光・歴史に関するご経験、参加のきっかけなどがあればご記入ください）</w:t>
      </w:r>
      <w:r w:rsidR="000313FB" w:rsidRPr="00432934">
        <w:rPr>
          <w:rFonts w:ascii="HGPｺﾞｼｯｸM" w:eastAsia="HGPｺﾞｼｯｸM" w:hint="eastAsia"/>
          <w:color w:val="000000" w:themeColor="text1"/>
          <w:lang w:eastAsia="ja-JP"/>
        </w:rPr>
        <w:br/>
      </w:r>
    </w:p>
    <w:p w14:paraId="552398FB" w14:textId="0965159E" w:rsidR="005F6F41" w:rsidRDefault="005F6F41" w:rsidP="005F6F41">
      <w:pPr>
        <w:rPr>
          <w:lang w:eastAsia="ja-JP"/>
        </w:rPr>
      </w:pPr>
    </w:p>
    <w:p w14:paraId="2C26A72D" w14:textId="2F837FAE" w:rsidR="005D4A1C" w:rsidRPr="00432934" w:rsidRDefault="000313FB" w:rsidP="002379A3">
      <w:pPr>
        <w:pStyle w:val="21"/>
        <w:spacing w:before="0" w:line="240" w:lineRule="auto"/>
        <w:rPr>
          <w:rFonts w:ascii="HGPｺﾞｼｯｸM" w:eastAsia="HGPｺﾞｼｯｸM"/>
          <w:color w:val="000000" w:themeColor="text1"/>
          <w:lang w:eastAsia="ja-JP"/>
        </w:rPr>
      </w:pPr>
      <w:r w:rsidRPr="00432934">
        <w:rPr>
          <w:rFonts w:ascii="HGPｺﾞｼｯｸM" w:eastAsia="HGPｺﾞｼｯｸM" w:hint="eastAsia"/>
          <w:color w:val="000000" w:themeColor="text1"/>
          <w:lang w:eastAsia="ja-JP"/>
        </w:rPr>
        <w:t>■</w:t>
      </w:r>
      <w:r w:rsidR="005F6F41">
        <w:rPr>
          <w:rFonts w:ascii="HGPｺﾞｼｯｸM" w:eastAsia="HGPｺﾞｼｯｸM" w:hint="eastAsia"/>
          <w:color w:val="000000" w:themeColor="text1"/>
          <w:lang w:eastAsia="ja-JP"/>
        </w:rPr>
        <w:t>確認事項</w:t>
      </w:r>
      <w:r w:rsidRPr="00432934">
        <w:rPr>
          <w:rFonts w:ascii="HGPｺﾞｼｯｸM" w:eastAsia="HGPｺﾞｼｯｸM" w:hint="eastAsia"/>
          <w:color w:val="000000" w:themeColor="text1"/>
          <w:lang w:eastAsia="ja-JP"/>
        </w:rPr>
        <w:br/>
      </w:r>
      <w:r w:rsidR="005F6F41">
        <w:rPr>
          <w:rFonts w:ascii="HGPｺﾞｼｯｸM" w:eastAsia="HGPｺﾞｼｯｸM" w:hint="eastAsia"/>
          <w:color w:val="000000" w:themeColor="text1"/>
          <w:lang w:eastAsia="ja-JP"/>
        </w:rPr>
        <w:t>１．ボランティアガイドの</w:t>
      </w:r>
      <w:r w:rsidRPr="00432934">
        <w:rPr>
          <w:rFonts w:ascii="HGPｺﾞｼｯｸM" w:eastAsia="HGPｺﾞｼｯｸM" w:hint="eastAsia"/>
          <w:color w:val="000000" w:themeColor="text1"/>
          <w:lang w:eastAsia="ja-JP"/>
        </w:rPr>
        <w:t>登録には、事前に「市民</w:t>
      </w:r>
      <w:r w:rsidR="002379A3">
        <w:rPr>
          <w:rFonts w:ascii="HGPｺﾞｼｯｸM" w:eastAsia="HGPｺﾞｼｯｸM" w:hint="eastAsia"/>
          <w:color w:val="000000" w:themeColor="text1"/>
          <w:lang w:eastAsia="ja-JP"/>
        </w:rPr>
        <w:t>観光</w:t>
      </w:r>
      <w:r w:rsidRPr="00432934">
        <w:rPr>
          <w:rFonts w:ascii="HGPｺﾞｼｯｸM" w:eastAsia="HGPｺﾞｼｯｸM" w:hint="eastAsia"/>
          <w:color w:val="000000" w:themeColor="text1"/>
          <w:lang w:eastAsia="ja-JP"/>
        </w:rPr>
        <w:t>ガイド講座</w:t>
      </w:r>
      <w:r w:rsidR="005F6F41">
        <w:rPr>
          <w:rFonts w:ascii="HGPｺﾞｼｯｸM" w:eastAsia="HGPｺﾞｼｯｸM" w:hint="eastAsia"/>
          <w:color w:val="000000" w:themeColor="text1"/>
          <w:lang w:eastAsia="ja-JP"/>
        </w:rPr>
        <w:t>（全8回）</w:t>
      </w:r>
      <w:r w:rsidRPr="00432934">
        <w:rPr>
          <w:rFonts w:ascii="HGPｺﾞｼｯｸM" w:eastAsia="HGPｺﾞｼｯｸM" w:hint="eastAsia"/>
          <w:color w:val="000000" w:themeColor="text1"/>
          <w:lang w:eastAsia="ja-JP"/>
        </w:rPr>
        <w:t>」の受講が必要です。</w:t>
      </w:r>
    </w:p>
    <w:p w14:paraId="26BF8666" w14:textId="684C393C" w:rsidR="00235EE7" w:rsidRDefault="000313FB" w:rsidP="005F6F41">
      <w:pPr>
        <w:pStyle w:val="21"/>
        <w:spacing w:before="0" w:line="240" w:lineRule="auto"/>
        <w:ind w:leftChars="129" w:left="284"/>
        <w:rPr>
          <w:rFonts w:ascii="HGPｺﾞｼｯｸM" w:eastAsia="HGPｺﾞｼｯｸM"/>
          <w:color w:val="000000" w:themeColor="text1"/>
          <w:u w:val="single"/>
          <w:lang w:eastAsia="ja-JP"/>
        </w:rPr>
      </w:pPr>
      <w:r w:rsidRPr="00432934">
        <w:rPr>
          <w:rFonts w:ascii="HGPｺﾞｼｯｸM" w:eastAsia="HGPｺﾞｼｯｸM" w:hint="eastAsia"/>
          <w:color w:val="000000" w:themeColor="text1"/>
          <w:lang w:eastAsia="ja-JP"/>
        </w:rPr>
        <w:t>受講後に発行される</w:t>
      </w:r>
      <w:r w:rsidRPr="00432934">
        <w:rPr>
          <w:rFonts w:ascii="HGPｺﾞｼｯｸM" w:eastAsia="HGPｺﾞｼｯｸM" w:hint="eastAsia"/>
          <w:color w:val="000000" w:themeColor="text1"/>
          <w:u w:val="single"/>
          <w:lang w:eastAsia="ja-JP"/>
        </w:rPr>
        <w:t>受講証明書</w:t>
      </w:r>
      <w:r w:rsidRPr="00432934">
        <w:rPr>
          <w:rFonts w:ascii="HGPｺﾞｼｯｸM" w:eastAsia="HGPｺﾞｼｯｸM" w:hint="eastAsia"/>
          <w:color w:val="000000" w:themeColor="text1"/>
          <w:lang w:eastAsia="ja-JP"/>
        </w:rPr>
        <w:t>を、</w:t>
      </w:r>
      <w:r w:rsidRPr="00E02458">
        <w:rPr>
          <w:rFonts w:ascii="HGPｺﾞｼｯｸM" w:eastAsia="HGPｺﾞｼｯｸM" w:hint="eastAsia"/>
          <w:color w:val="000000" w:themeColor="text1"/>
          <w:u w:val="single"/>
          <w:lang w:eastAsia="ja-JP"/>
        </w:rPr>
        <w:t>面接時</w:t>
      </w:r>
      <w:r w:rsidR="005F6F41">
        <w:rPr>
          <w:rFonts w:ascii="HGPｺﾞｼｯｸM" w:eastAsia="HGPｺﾞｼｯｸM" w:hint="eastAsia"/>
          <w:color w:val="000000" w:themeColor="text1"/>
          <w:u w:val="single"/>
          <w:lang w:eastAsia="ja-JP"/>
        </w:rPr>
        <w:t>（</w:t>
      </w:r>
      <w:r w:rsidR="001B107F">
        <w:rPr>
          <w:rFonts w:ascii="HGPｺﾞｼｯｸM" w:eastAsia="HGPｺﾞｼｯｸM" w:hint="eastAsia"/>
          <w:color w:val="000000" w:themeColor="text1"/>
          <w:u w:val="single"/>
          <w:lang w:eastAsia="ja-JP"/>
        </w:rPr>
        <w:t>令和9</w:t>
      </w:r>
      <w:r w:rsidR="005F6F41">
        <w:rPr>
          <w:rFonts w:ascii="HGPｺﾞｼｯｸM" w:eastAsia="HGPｺﾞｼｯｸM" w:hint="eastAsia"/>
          <w:color w:val="000000" w:themeColor="text1"/>
          <w:u w:val="single"/>
          <w:lang w:eastAsia="ja-JP"/>
        </w:rPr>
        <w:t>年1月</w:t>
      </w:r>
      <w:r w:rsidR="00366C1B">
        <w:rPr>
          <w:rFonts w:ascii="HGPｺﾞｼｯｸM" w:eastAsia="HGPｺﾞｼｯｸM" w:hint="eastAsia"/>
          <w:color w:val="000000" w:themeColor="text1"/>
          <w:u w:val="single"/>
          <w:lang w:eastAsia="ja-JP"/>
        </w:rPr>
        <w:t>中旬</w:t>
      </w:r>
      <w:r w:rsidR="005F6F41">
        <w:rPr>
          <w:rFonts w:ascii="HGPｺﾞｼｯｸM" w:eastAsia="HGPｺﾞｼｯｸM" w:hint="eastAsia"/>
          <w:color w:val="000000" w:themeColor="text1"/>
          <w:u w:val="single"/>
          <w:lang w:eastAsia="ja-JP"/>
        </w:rPr>
        <w:t>頃）</w:t>
      </w:r>
      <w:r w:rsidRPr="00E02458">
        <w:rPr>
          <w:rFonts w:ascii="HGPｺﾞｼｯｸM" w:eastAsia="HGPｺﾞｼｯｸM" w:hint="eastAsia"/>
          <w:color w:val="000000" w:themeColor="text1"/>
          <w:u w:val="single"/>
          <w:lang w:eastAsia="ja-JP"/>
        </w:rPr>
        <w:t>にご持参ください。</w:t>
      </w:r>
    </w:p>
    <w:p w14:paraId="73954CC7" w14:textId="494C427F" w:rsidR="005F6F41" w:rsidRDefault="005F6F41" w:rsidP="005F6F41">
      <w:pPr>
        <w:spacing w:after="0"/>
        <w:rPr>
          <w:rFonts w:ascii="HGPｺﾞｼｯｸM" w:eastAsia="HGPｺﾞｼｯｸM"/>
          <w:b/>
          <w:bCs/>
          <w:sz w:val="24"/>
          <w:szCs w:val="24"/>
          <w:lang w:eastAsia="ja-JP"/>
        </w:rPr>
      </w:pPr>
      <w:r w:rsidRPr="005F6F41">
        <w:rPr>
          <w:rFonts w:ascii="HGPｺﾞｼｯｸM" w:eastAsia="HGPｺﾞｼｯｸM" w:hint="eastAsia"/>
          <w:b/>
          <w:bCs/>
          <w:sz w:val="24"/>
          <w:szCs w:val="24"/>
          <w:lang w:eastAsia="ja-JP"/>
        </w:rPr>
        <w:t>２．（一財）会津若松観光ビューローの研修・面接に合格することで「鶴ヶ城ボランティアガイド」に</w:t>
      </w:r>
    </w:p>
    <w:p w14:paraId="4682D0B5" w14:textId="33DB62A9" w:rsidR="005F6F41" w:rsidRPr="005F6F41" w:rsidRDefault="005F6F41" w:rsidP="005F6F41">
      <w:pPr>
        <w:spacing w:after="0"/>
        <w:ind w:leftChars="129" w:left="284"/>
        <w:rPr>
          <w:rFonts w:ascii="HGPｺﾞｼｯｸM" w:eastAsia="HGPｺﾞｼｯｸM"/>
          <w:b/>
          <w:bCs/>
          <w:sz w:val="24"/>
          <w:szCs w:val="24"/>
          <w:lang w:eastAsia="ja-JP"/>
        </w:rPr>
      </w:pPr>
      <w:r w:rsidRPr="005F6F41">
        <w:rPr>
          <w:rFonts w:ascii="HGPｺﾞｼｯｸM" w:eastAsia="HGPｺﾞｼｯｸM" w:hint="eastAsia"/>
          <w:b/>
          <w:bCs/>
          <w:sz w:val="24"/>
          <w:szCs w:val="24"/>
          <w:lang w:eastAsia="ja-JP"/>
        </w:rPr>
        <w:t>登録することができます。</w:t>
      </w:r>
    </w:p>
    <w:p w14:paraId="7E7CD3FD" w14:textId="0ACA5232" w:rsidR="005F6F41" w:rsidRPr="00644E42" w:rsidRDefault="005F6F41" w:rsidP="005F6F41">
      <w:pPr>
        <w:ind w:leftChars="129" w:left="284"/>
        <w:rPr>
          <w:rFonts w:ascii="HGPｺﾞｼｯｸM" w:eastAsia="HGPｺﾞｼｯｸM"/>
          <w:sz w:val="24"/>
          <w:szCs w:val="24"/>
          <w:lang w:eastAsia="ja-JP"/>
        </w:rPr>
      </w:pPr>
      <w:r w:rsidRPr="00644E42">
        <w:rPr>
          <w:rFonts w:ascii="HGPｺﾞｼｯｸM" w:eastAsia="HGPｺﾞｼｯｸM" w:hint="eastAsia"/>
          <w:sz w:val="24"/>
          <w:szCs w:val="24"/>
          <w:lang w:eastAsia="ja-JP"/>
        </w:rPr>
        <w:t>※研修・面接については、別途修了者に通知されます。</w:t>
      </w:r>
    </w:p>
    <w:p w14:paraId="2B440CBD" w14:textId="77777777" w:rsidR="00235EE7" w:rsidRPr="005F6F41" w:rsidRDefault="000313FB">
      <w:pPr>
        <w:pStyle w:val="21"/>
        <w:rPr>
          <w:rFonts w:ascii="HGPｺﾞｼｯｸM" w:eastAsia="HGPｺﾞｼｯｸM"/>
          <w:b w:val="0"/>
          <w:bCs w:val="0"/>
          <w:color w:val="000000" w:themeColor="text1"/>
          <w:sz w:val="24"/>
          <w:szCs w:val="24"/>
          <w:lang w:eastAsia="ja-JP"/>
        </w:rPr>
      </w:pPr>
      <w:r w:rsidRPr="005F6F41">
        <w:rPr>
          <w:rFonts w:ascii="HGPｺﾞｼｯｸM" w:eastAsia="HGPｺﾞｼｯｸM" w:hint="eastAsia"/>
          <w:b w:val="0"/>
          <w:bCs w:val="0"/>
          <w:color w:val="000000" w:themeColor="text1"/>
          <w:sz w:val="24"/>
          <w:szCs w:val="24"/>
          <w:lang w:eastAsia="ja-JP"/>
        </w:rPr>
        <w:t>■個人情報の取扱いについて</w:t>
      </w:r>
    </w:p>
    <w:p w14:paraId="6CA97278" w14:textId="77777777" w:rsidR="00235EE7" w:rsidRPr="00432934" w:rsidRDefault="000313FB">
      <w:pPr>
        <w:rPr>
          <w:rFonts w:ascii="HGPｺﾞｼｯｸM" w:eastAsia="HGPｺﾞｼｯｸM"/>
          <w:color w:val="000000" w:themeColor="text1"/>
          <w:lang w:eastAsia="ja-JP"/>
        </w:rPr>
      </w:pPr>
      <w:r w:rsidRPr="00432934">
        <w:rPr>
          <w:rFonts w:ascii="HGPｺﾞｼｯｸM" w:eastAsia="HGPｺﾞｼｯｸM" w:hint="eastAsia"/>
          <w:color w:val="000000" w:themeColor="text1"/>
          <w:lang w:eastAsia="ja-JP"/>
        </w:rPr>
        <w:t>本申込書に記載された個人情報は、ボランティアガイド活動の運営・連絡以外の目的には使用いたしません。</w:t>
      </w:r>
    </w:p>
    <w:p w14:paraId="03599D86" w14:textId="189FC7C8" w:rsidR="00235EE7" w:rsidRPr="001C1090" w:rsidRDefault="000313FB" w:rsidP="001C1090">
      <w:pPr>
        <w:ind w:rightChars="463" w:right="1019"/>
        <w:jc w:val="right"/>
        <w:rPr>
          <w:rFonts w:ascii="HGPｺﾞｼｯｸM" w:eastAsia="HGPｺﾞｼｯｸM"/>
          <w:color w:val="000000" w:themeColor="text1"/>
          <w:u w:val="single"/>
          <w:lang w:eastAsia="ja-JP"/>
        </w:rPr>
      </w:pPr>
      <w:proofErr w:type="spellStart"/>
      <w:r w:rsidRPr="001C1090">
        <w:rPr>
          <w:rFonts w:ascii="HGPｺﾞｼｯｸM" w:eastAsia="HGPｺﾞｼｯｸM" w:hint="eastAsia"/>
          <w:color w:val="000000" w:themeColor="text1"/>
          <w:u w:val="single"/>
        </w:rPr>
        <w:t>提出日：令和</w:t>
      </w:r>
      <w:proofErr w:type="spellEnd"/>
      <w:r w:rsidRPr="001C1090">
        <w:rPr>
          <w:rFonts w:ascii="HGPｺﾞｼｯｸM" w:eastAsia="HGPｺﾞｼｯｸM" w:hint="eastAsia"/>
          <w:color w:val="000000" w:themeColor="text1"/>
          <w:u w:val="single"/>
        </w:rPr>
        <w:t xml:space="preserve">　</w:t>
      </w:r>
      <w:r w:rsidR="0088421E" w:rsidRPr="001C1090">
        <w:rPr>
          <w:rFonts w:ascii="HGPｺﾞｼｯｸM" w:eastAsia="HGPｺﾞｼｯｸM" w:hint="eastAsia"/>
          <w:color w:val="000000" w:themeColor="text1"/>
          <w:u w:val="single"/>
          <w:lang w:eastAsia="ja-JP"/>
        </w:rPr>
        <w:t xml:space="preserve">　</w:t>
      </w:r>
      <w:r w:rsidRPr="001C1090">
        <w:rPr>
          <w:rFonts w:ascii="HGPｺﾞｼｯｸM" w:eastAsia="HGPｺﾞｼｯｸM" w:hint="eastAsia"/>
          <w:color w:val="000000" w:themeColor="text1"/>
          <w:u w:val="single"/>
        </w:rPr>
        <w:t xml:space="preserve">　年　　</w:t>
      </w:r>
      <w:r w:rsidR="0088421E" w:rsidRPr="001C1090">
        <w:rPr>
          <w:rFonts w:ascii="HGPｺﾞｼｯｸM" w:eastAsia="HGPｺﾞｼｯｸM" w:hint="eastAsia"/>
          <w:color w:val="000000" w:themeColor="text1"/>
          <w:u w:val="single"/>
          <w:lang w:eastAsia="ja-JP"/>
        </w:rPr>
        <w:t xml:space="preserve">　</w:t>
      </w:r>
      <w:r w:rsidRPr="001C1090">
        <w:rPr>
          <w:rFonts w:ascii="HGPｺﾞｼｯｸM" w:eastAsia="HGPｺﾞｼｯｸM" w:hint="eastAsia"/>
          <w:color w:val="000000" w:themeColor="text1"/>
          <w:u w:val="single"/>
        </w:rPr>
        <w:t xml:space="preserve">月　</w:t>
      </w:r>
      <w:r w:rsidR="0088421E" w:rsidRPr="001C1090">
        <w:rPr>
          <w:rFonts w:ascii="HGPｺﾞｼｯｸM" w:eastAsia="HGPｺﾞｼｯｸM" w:hint="eastAsia"/>
          <w:color w:val="000000" w:themeColor="text1"/>
          <w:u w:val="single"/>
          <w:lang w:eastAsia="ja-JP"/>
        </w:rPr>
        <w:t xml:space="preserve">　</w:t>
      </w:r>
      <w:r w:rsidRPr="001C1090">
        <w:rPr>
          <w:rFonts w:ascii="HGPｺﾞｼｯｸM" w:eastAsia="HGPｺﾞｼｯｸM" w:hint="eastAsia"/>
          <w:color w:val="000000" w:themeColor="text1"/>
          <w:u w:val="single"/>
        </w:rPr>
        <w:t xml:space="preserve">　日</w:t>
      </w:r>
    </w:p>
    <w:p w14:paraId="50425CE7" w14:textId="77777777" w:rsidR="00D369DB" w:rsidRDefault="00E3069D" w:rsidP="00D369DB">
      <w:pPr>
        <w:spacing w:afterLines="50" w:after="120" w:line="240" w:lineRule="auto"/>
        <w:rPr>
          <w:rFonts w:ascii="HGPｺﾞｼｯｸM" w:eastAsia="HGPｺﾞｼｯｸM"/>
          <w:color w:val="000000" w:themeColor="text1"/>
          <w:lang w:eastAsia="zh-TW"/>
        </w:rPr>
      </w:pPr>
      <w:r>
        <w:rPr>
          <w:rFonts w:ascii="HGPｺﾞｼｯｸM" w:eastAsia="HGPｺﾞｼｯｸM" w:hint="eastAsia"/>
          <w:color w:val="000000" w:themeColor="text1"/>
          <w:lang w:eastAsia="zh-TW"/>
        </w:rPr>
        <w:t>【</w:t>
      </w:r>
      <w:r w:rsidR="00366C1B">
        <w:rPr>
          <w:rFonts w:ascii="HGPｺﾞｼｯｸM" w:eastAsia="HGPｺﾞｼｯｸM" w:hint="eastAsia"/>
          <w:color w:val="000000" w:themeColor="text1"/>
          <w:lang w:eastAsia="zh-TW"/>
        </w:rPr>
        <w:t>提出</w:t>
      </w:r>
      <w:r>
        <w:rPr>
          <w:rFonts w:ascii="HGPｺﾞｼｯｸM" w:eastAsia="HGPｺﾞｼｯｸM" w:hint="eastAsia"/>
          <w:color w:val="000000" w:themeColor="text1"/>
          <w:lang w:eastAsia="zh-TW"/>
        </w:rPr>
        <w:t>先】</w:t>
      </w:r>
      <w:r w:rsidR="00D369DB">
        <w:rPr>
          <w:rFonts w:ascii="HGPｺﾞｼｯｸM" w:eastAsia="HGPｺﾞｼｯｸM" w:hint="eastAsia"/>
          <w:color w:val="000000" w:themeColor="text1"/>
          <w:lang w:eastAsia="zh-TW"/>
        </w:rPr>
        <w:t>〒965-0873　福島県会津若松市追手町1-1</w:t>
      </w:r>
    </w:p>
    <w:p w14:paraId="2C50BE8A" w14:textId="3E72837B" w:rsidR="00D369DB" w:rsidRDefault="002F646C" w:rsidP="001C1090">
      <w:pPr>
        <w:spacing w:afterLines="50" w:after="120" w:line="240" w:lineRule="auto"/>
        <w:ind w:firstLineChars="400" w:firstLine="880"/>
        <w:rPr>
          <w:rFonts w:ascii="HGPｺﾞｼｯｸM" w:eastAsia="HGPｺﾞｼｯｸM"/>
          <w:color w:val="000000" w:themeColor="text1"/>
          <w:lang w:eastAsia="ja-JP"/>
        </w:rPr>
      </w:pPr>
      <w:r w:rsidRPr="002F646C">
        <w:rPr>
          <w:noProof/>
          <w:color w:val="000000" w:themeColor="text1"/>
          <w:lang w:eastAsia="ja-JP"/>
        </w:rPr>
        <mc:AlternateContent>
          <mc:Choice Requires="wps">
            <w:drawing>
              <wp:anchor distT="45720" distB="45720" distL="114300" distR="114300" simplePos="0" relativeHeight="251660288" behindDoc="0" locked="0" layoutInCell="1" allowOverlap="1" wp14:anchorId="5713EB3D" wp14:editId="15B74591">
                <wp:simplePos x="0" y="0"/>
                <wp:positionH relativeFrom="column">
                  <wp:posOffset>4162425</wp:posOffset>
                </wp:positionH>
                <wp:positionV relativeFrom="paragraph">
                  <wp:posOffset>70485</wp:posOffset>
                </wp:positionV>
                <wp:extent cx="2247900" cy="504825"/>
                <wp:effectExtent l="0" t="0" r="19050" b="2857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504825"/>
                        </a:xfrm>
                        <a:prstGeom prst="rect">
                          <a:avLst/>
                        </a:prstGeom>
                        <a:solidFill>
                          <a:schemeClr val="tx1"/>
                        </a:solidFill>
                        <a:ln w="9525">
                          <a:solidFill>
                            <a:srgbClr val="000000"/>
                          </a:solidFill>
                          <a:miter lim="800000"/>
                          <a:headEnd/>
                          <a:tailEnd/>
                        </a:ln>
                      </wps:spPr>
                      <wps:txbx>
                        <w:txbxContent>
                          <w:p w14:paraId="3949BEAE" w14:textId="4FF997F0" w:rsidR="002F646C" w:rsidRPr="002F646C" w:rsidRDefault="005D1215" w:rsidP="002F646C">
                            <w:pPr>
                              <w:spacing w:after="0" w:line="240" w:lineRule="auto"/>
                              <w:rPr>
                                <w:rFonts w:asciiTheme="majorEastAsia" w:eastAsiaTheme="majorEastAsia" w:hAnsiTheme="majorEastAsia"/>
                                <w:lang w:eastAsia="zh-TW"/>
                              </w:rPr>
                            </w:pPr>
                            <w:r>
                              <w:rPr>
                                <w:rFonts w:asciiTheme="majorEastAsia" w:eastAsiaTheme="majorEastAsia" w:hAnsiTheme="majorEastAsia" w:hint="eastAsia"/>
                                <w:lang w:eastAsia="zh-TW"/>
                              </w:rPr>
                              <w:t>【</w:t>
                            </w:r>
                            <w:r w:rsidR="0006096D">
                              <w:rPr>
                                <w:rFonts w:asciiTheme="majorEastAsia" w:eastAsiaTheme="majorEastAsia" w:hAnsiTheme="majorEastAsia" w:hint="eastAsia"/>
                                <w:lang w:eastAsia="ja-JP"/>
                              </w:rPr>
                              <w:t xml:space="preserve"> </w:t>
                            </w:r>
                            <w:r w:rsidR="002F646C" w:rsidRPr="002F646C">
                              <w:rPr>
                                <w:rFonts w:asciiTheme="majorEastAsia" w:eastAsiaTheme="majorEastAsia" w:hAnsiTheme="majorEastAsia" w:hint="eastAsia"/>
                                <w:lang w:eastAsia="zh-TW"/>
                              </w:rPr>
                              <w:t>応募締切</w:t>
                            </w:r>
                            <w:r w:rsidR="0006096D">
                              <w:rPr>
                                <w:rFonts w:asciiTheme="majorEastAsia" w:eastAsiaTheme="majorEastAsia" w:hAnsiTheme="majorEastAsia" w:hint="eastAsia"/>
                                <w:lang w:eastAsia="ja-JP"/>
                              </w:rPr>
                              <w:t xml:space="preserve"> </w:t>
                            </w:r>
                            <w:r>
                              <w:rPr>
                                <w:rFonts w:asciiTheme="majorEastAsia" w:eastAsiaTheme="majorEastAsia" w:hAnsiTheme="majorEastAsia" w:hint="eastAsia"/>
                                <w:lang w:eastAsia="zh-TW"/>
                              </w:rPr>
                              <w:t>】</w:t>
                            </w:r>
                          </w:p>
                          <w:p w14:paraId="61960C46" w14:textId="182C6DD9" w:rsidR="002F646C" w:rsidRPr="002F646C" w:rsidRDefault="00957F0C" w:rsidP="002F646C">
                            <w:pPr>
                              <w:spacing w:after="0" w:line="240" w:lineRule="auto"/>
                              <w:rPr>
                                <w:rFonts w:asciiTheme="majorEastAsia" w:eastAsiaTheme="majorEastAsia" w:hAnsiTheme="majorEastAsia"/>
                                <w:sz w:val="28"/>
                                <w:szCs w:val="28"/>
                                <w:lang w:eastAsia="zh-TW"/>
                              </w:rPr>
                            </w:pPr>
                            <w:r>
                              <w:rPr>
                                <w:rFonts w:asciiTheme="majorEastAsia" w:eastAsiaTheme="majorEastAsia" w:hAnsiTheme="majorEastAsia" w:hint="eastAsia"/>
                                <w:sz w:val="28"/>
                                <w:szCs w:val="28"/>
                                <w:lang w:eastAsia="ja-JP"/>
                              </w:rPr>
                              <w:t>令和8</w:t>
                            </w:r>
                            <w:r w:rsidR="002F646C" w:rsidRPr="002F646C">
                              <w:rPr>
                                <w:rFonts w:asciiTheme="majorEastAsia" w:eastAsiaTheme="majorEastAsia" w:hAnsiTheme="majorEastAsia" w:hint="eastAsia"/>
                                <w:sz w:val="28"/>
                                <w:szCs w:val="28"/>
                                <w:lang w:eastAsia="zh-TW"/>
                              </w:rPr>
                              <w:t>年12月31日(</w:t>
                            </w:r>
                            <w:r w:rsidR="000E7F7D">
                              <w:rPr>
                                <w:rFonts w:asciiTheme="majorEastAsia" w:eastAsiaTheme="majorEastAsia" w:hAnsiTheme="majorEastAsia" w:hint="eastAsia"/>
                                <w:sz w:val="28"/>
                                <w:szCs w:val="28"/>
                                <w:lang w:eastAsia="ja-JP"/>
                              </w:rPr>
                              <w:t>木</w:t>
                            </w:r>
                            <w:r w:rsidR="002F646C" w:rsidRPr="002F646C">
                              <w:rPr>
                                <w:rFonts w:asciiTheme="majorEastAsia" w:eastAsiaTheme="majorEastAsia" w:hAnsiTheme="majorEastAsia" w:hint="eastAsia"/>
                                <w:sz w:val="28"/>
                                <w:szCs w:val="28"/>
                                <w:lang w:eastAsia="zh-T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13EB3D" id="_x0000_t202" coordsize="21600,21600" o:spt="202" path="m,l,21600r21600,l21600,xe">
                <v:stroke joinstyle="miter"/>
                <v:path gradientshapeok="t" o:connecttype="rect"/>
              </v:shapetype>
              <v:shape id="テキスト ボックス 2" o:spid="_x0000_s1026" type="#_x0000_t202" style="position:absolute;left:0;text-align:left;margin-left:327.75pt;margin-top:5.55pt;width:177pt;height:39.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WjEgIAAB4EAAAOAAAAZHJzL2Uyb0RvYy54bWysU8Fu2zAMvQ/YPwi6L3aMZE2MOEWXrsOA&#10;rhvQ7QNkWY6FSaImKbGzrx8lu2nW3ob5IIgm9Ug+Pm6uB63IUTgvwVR0PsspEYZDI82+oj++371b&#10;UeIDMw1TYERFT8LT6+3bN5velqKADlQjHEEQ48veVrQLwZZZ5nknNPMzsMKgswWnWUDT7bPGsR7R&#10;tcqKPH+f9eAa64AL7/Hv7eik24TftoKHr23rRSCqolhbSKdLZx3PbLth5d4x20k+lcH+oQrNpMGk&#10;Z6hbFhg5OPkKSkvuwEMbZhx0Bm0ruUg9YDfz/EU3jx2zIvWC5Hh7psn/P1j+cHy03xwJwwcYcICp&#10;CW/vgf/0xMCuY2YvbpyDvhOswcTzSFnWW19OTyPVvvQRpO6/QINDZocACWhonY6sYJ8E0XEApzPp&#10;YgiE48+iWFytc3Rx9C3zxapYphSsfHptnQ+fBGgSLxV1ONSEzo73PsRqWPkUEpN5ULK5k0olIwpJ&#10;7JQjR4YSCMNY/4soZUhf0fUSU79GcPv6/D5P31TfX4m0DChkJXVFV+cgVkbWPpomySwwqcY7VqzM&#10;RGNkbuQwDPWAgZHOGpoTEupgFCwuGF46cL8p6VGsFfW/DswJStRng0NZzxeLqO5kLJZXBRru0lNf&#10;epjhCIVkUDJedyFtRGzdwA0Or5WJ1+dKplpRhInuaWGiyi/tFPW81ts/AAAA//8DAFBLAwQUAAYA&#10;CAAAACEA5JufnN0AAAAKAQAADwAAAGRycy9kb3ducmV2LnhtbEyPwW7CMAyG75P2DpEn7TKNpEyt&#10;oDRFCAlN2m2MBzCNacsap2oCZG+/cNqO9v/p9+dqHe0grjT53rGGbKZAEDfO9NxqOHztXhcgfEA2&#10;ODgmDT/kYV0/PlRYGnfjT7ruQytSCfsSNXQhjKWUvunIop+5kThlJzdZDGmcWmkmvKVyO8i5UoW0&#10;2HO60OFI246a7/3Fajidt27xMv+IhzwbdxGHd2c3b1o/P8XNCkSgGP5guOsndaiT09Fd2HgxaCjy&#10;PE9oCrIMxB1Qapk2Rw1LVYCsK/n/hfoXAAD//wMAUEsBAi0AFAAGAAgAAAAhALaDOJL+AAAA4QEA&#10;ABMAAAAAAAAAAAAAAAAAAAAAAFtDb250ZW50X1R5cGVzXS54bWxQSwECLQAUAAYACAAAACEAOP0h&#10;/9YAAACUAQAACwAAAAAAAAAAAAAAAAAvAQAAX3JlbHMvLnJlbHNQSwECLQAUAAYACAAAACEAvpmV&#10;oxICAAAeBAAADgAAAAAAAAAAAAAAAAAuAgAAZHJzL2Uyb0RvYy54bWxQSwECLQAUAAYACAAAACEA&#10;5JufnN0AAAAKAQAADwAAAAAAAAAAAAAAAABsBAAAZHJzL2Rvd25yZXYueG1sUEsFBgAAAAAEAAQA&#10;8wAAAHYFAAAAAA==&#10;" fillcolor="black [3213]">
                <v:textbox>
                  <w:txbxContent>
                    <w:p w14:paraId="3949BEAE" w14:textId="4FF997F0" w:rsidR="002F646C" w:rsidRPr="002F646C" w:rsidRDefault="005D1215" w:rsidP="002F646C">
                      <w:pPr>
                        <w:spacing w:after="0" w:line="240" w:lineRule="auto"/>
                        <w:rPr>
                          <w:rFonts w:asciiTheme="majorEastAsia" w:eastAsiaTheme="majorEastAsia" w:hAnsiTheme="majorEastAsia"/>
                          <w:lang w:eastAsia="zh-TW"/>
                        </w:rPr>
                      </w:pPr>
                      <w:r>
                        <w:rPr>
                          <w:rFonts w:asciiTheme="majorEastAsia" w:eastAsiaTheme="majorEastAsia" w:hAnsiTheme="majorEastAsia" w:hint="eastAsia"/>
                          <w:lang w:eastAsia="zh-TW"/>
                        </w:rPr>
                        <w:t>【</w:t>
                      </w:r>
                      <w:r w:rsidR="0006096D">
                        <w:rPr>
                          <w:rFonts w:asciiTheme="majorEastAsia" w:eastAsiaTheme="majorEastAsia" w:hAnsiTheme="majorEastAsia" w:hint="eastAsia"/>
                          <w:lang w:eastAsia="ja-JP"/>
                        </w:rPr>
                        <w:t xml:space="preserve"> </w:t>
                      </w:r>
                      <w:r w:rsidR="002F646C" w:rsidRPr="002F646C">
                        <w:rPr>
                          <w:rFonts w:asciiTheme="majorEastAsia" w:eastAsiaTheme="majorEastAsia" w:hAnsiTheme="majorEastAsia" w:hint="eastAsia"/>
                          <w:lang w:eastAsia="zh-TW"/>
                        </w:rPr>
                        <w:t>応募締切</w:t>
                      </w:r>
                      <w:r w:rsidR="0006096D">
                        <w:rPr>
                          <w:rFonts w:asciiTheme="majorEastAsia" w:eastAsiaTheme="majorEastAsia" w:hAnsiTheme="majorEastAsia" w:hint="eastAsia"/>
                          <w:lang w:eastAsia="ja-JP"/>
                        </w:rPr>
                        <w:t xml:space="preserve"> </w:t>
                      </w:r>
                      <w:r>
                        <w:rPr>
                          <w:rFonts w:asciiTheme="majorEastAsia" w:eastAsiaTheme="majorEastAsia" w:hAnsiTheme="majorEastAsia" w:hint="eastAsia"/>
                          <w:lang w:eastAsia="zh-TW"/>
                        </w:rPr>
                        <w:t>】</w:t>
                      </w:r>
                    </w:p>
                    <w:p w14:paraId="61960C46" w14:textId="182C6DD9" w:rsidR="002F646C" w:rsidRPr="002F646C" w:rsidRDefault="00957F0C" w:rsidP="002F646C">
                      <w:pPr>
                        <w:spacing w:after="0" w:line="240" w:lineRule="auto"/>
                        <w:rPr>
                          <w:rFonts w:asciiTheme="majorEastAsia" w:eastAsiaTheme="majorEastAsia" w:hAnsiTheme="majorEastAsia"/>
                          <w:sz w:val="28"/>
                          <w:szCs w:val="28"/>
                          <w:lang w:eastAsia="zh-TW"/>
                        </w:rPr>
                      </w:pPr>
                      <w:r>
                        <w:rPr>
                          <w:rFonts w:asciiTheme="majorEastAsia" w:eastAsiaTheme="majorEastAsia" w:hAnsiTheme="majorEastAsia" w:hint="eastAsia"/>
                          <w:sz w:val="28"/>
                          <w:szCs w:val="28"/>
                          <w:lang w:eastAsia="ja-JP"/>
                        </w:rPr>
                        <w:t>令和8</w:t>
                      </w:r>
                      <w:r w:rsidR="002F646C" w:rsidRPr="002F646C">
                        <w:rPr>
                          <w:rFonts w:asciiTheme="majorEastAsia" w:eastAsiaTheme="majorEastAsia" w:hAnsiTheme="majorEastAsia" w:hint="eastAsia"/>
                          <w:sz w:val="28"/>
                          <w:szCs w:val="28"/>
                          <w:lang w:eastAsia="zh-TW"/>
                        </w:rPr>
                        <w:t>年12月31日(</w:t>
                      </w:r>
                      <w:r w:rsidR="000E7F7D">
                        <w:rPr>
                          <w:rFonts w:asciiTheme="majorEastAsia" w:eastAsiaTheme="majorEastAsia" w:hAnsiTheme="majorEastAsia" w:hint="eastAsia"/>
                          <w:sz w:val="28"/>
                          <w:szCs w:val="28"/>
                          <w:lang w:eastAsia="ja-JP"/>
                        </w:rPr>
                        <w:t>木</w:t>
                      </w:r>
                      <w:r w:rsidR="002F646C" w:rsidRPr="002F646C">
                        <w:rPr>
                          <w:rFonts w:asciiTheme="majorEastAsia" w:eastAsiaTheme="majorEastAsia" w:hAnsiTheme="majorEastAsia" w:hint="eastAsia"/>
                          <w:sz w:val="28"/>
                          <w:szCs w:val="28"/>
                          <w:lang w:eastAsia="zh-TW"/>
                        </w:rPr>
                        <w:t>)</w:t>
                      </w:r>
                    </w:p>
                  </w:txbxContent>
                </v:textbox>
              </v:shape>
            </w:pict>
          </mc:Fallback>
        </mc:AlternateContent>
      </w:r>
      <w:r w:rsidR="00D369DB">
        <w:rPr>
          <w:rFonts w:ascii="HGPｺﾞｼｯｸM" w:eastAsia="HGPｺﾞｼｯｸM" w:hint="eastAsia"/>
          <w:color w:val="000000" w:themeColor="text1"/>
          <w:lang w:eastAsia="ja-JP"/>
        </w:rPr>
        <w:t xml:space="preserve">会津若松観光ビューロー　鶴ヶ城管理事務所　</w:t>
      </w:r>
      <w:r w:rsidR="000E7F7D">
        <w:rPr>
          <w:rFonts w:ascii="HGPｺﾞｼｯｸM" w:eastAsia="HGPｺﾞｼｯｸM" w:hint="eastAsia"/>
          <w:color w:val="000000" w:themeColor="text1"/>
          <w:lang w:eastAsia="ja-JP"/>
        </w:rPr>
        <w:t xml:space="preserve">秋元 </w:t>
      </w:r>
      <w:r w:rsidR="00D369DB">
        <w:rPr>
          <w:rFonts w:ascii="HGPｺﾞｼｯｸM" w:eastAsia="HGPｺﾞｼｯｸM" w:hint="eastAsia"/>
          <w:color w:val="000000" w:themeColor="text1"/>
          <w:lang w:eastAsia="ja-JP"/>
        </w:rPr>
        <w:t>宛</w:t>
      </w:r>
    </w:p>
    <w:p w14:paraId="3B599D23" w14:textId="4DF97F64" w:rsidR="00D369DB" w:rsidRDefault="00D369DB" w:rsidP="001C1090">
      <w:pPr>
        <w:spacing w:afterLines="50" w:after="120" w:line="240" w:lineRule="auto"/>
        <w:ind w:leftChars="386" w:left="849"/>
        <w:rPr>
          <w:rFonts w:ascii="HGPｺﾞｼｯｸM" w:eastAsia="HGPｺﾞｼｯｸM"/>
          <w:color w:val="000000" w:themeColor="text1"/>
          <w:lang w:eastAsia="ja-JP"/>
        </w:rPr>
      </w:pPr>
      <w:r>
        <w:rPr>
          <w:rFonts w:ascii="HGPｺﾞｼｯｸM" w:eastAsia="HGPｺﾞｼｯｸM" w:hint="eastAsia"/>
          <w:color w:val="000000" w:themeColor="text1"/>
          <w:lang w:eastAsia="ja-JP"/>
        </w:rPr>
        <w:t>■TEL：0242-27-4005</w:t>
      </w:r>
    </w:p>
    <w:p w14:paraId="35ADBEC6" w14:textId="1D54BA0D" w:rsidR="00D369DB" w:rsidRDefault="00D369DB" w:rsidP="001C1090">
      <w:pPr>
        <w:spacing w:afterLines="50" w:after="120" w:line="240" w:lineRule="auto"/>
        <w:ind w:leftChars="386" w:left="849"/>
        <w:rPr>
          <w:rFonts w:ascii="HGPｺﾞｼｯｸM" w:eastAsia="HGPｺﾞｼｯｸM"/>
          <w:color w:val="000000" w:themeColor="text1"/>
          <w:lang w:eastAsia="ja-JP"/>
        </w:rPr>
      </w:pPr>
      <w:r>
        <w:rPr>
          <w:rFonts w:ascii="HGPｺﾞｼｯｸM" w:eastAsia="HGPｺﾞｼｯｸM" w:hint="eastAsia"/>
          <w:color w:val="000000" w:themeColor="text1"/>
          <w:lang w:eastAsia="ja-JP"/>
        </w:rPr>
        <w:t>■FAX：0242-27-4012</w:t>
      </w:r>
    </w:p>
    <w:p w14:paraId="469E1AD8" w14:textId="71282B04" w:rsidR="000F45A5" w:rsidRPr="00432934" w:rsidRDefault="000F45A5" w:rsidP="001C1090">
      <w:pPr>
        <w:spacing w:afterLines="50" w:after="120" w:line="240" w:lineRule="auto"/>
        <w:ind w:leftChars="386" w:left="849"/>
        <w:rPr>
          <w:rFonts w:ascii="HGPｺﾞｼｯｸM" w:eastAsia="HGPｺﾞｼｯｸM" w:hint="eastAsia"/>
          <w:color w:val="000000" w:themeColor="text1"/>
          <w:lang w:eastAsia="ja-JP"/>
        </w:rPr>
      </w:pPr>
      <w:r>
        <w:rPr>
          <w:rFonts w:ascii="HGPｺﾞｼｯｸM" w:eastAsia="HGPｺﾞｼｯｸM" w:hint="eastAsia"/>
          <w:color w:val="000000" w:themeColor="text1"/>
          <w:lang w:eastAsia="ja-JP"/>
        </w:rPr>
        <w:t>■メール：info@tsurugajo.com</w:t>
      </w:r>
    </w:p>
    <w:sectPr w:rsidR="000F45A5" w:rsidRPr="00432934" w:rsidSect="001E5CA6">
      <w:pgSz w:w="12240" w:h="15840" w:code="1"/>
      <w:pgMar w:top="720" w:right="720" w:bottom="72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60409020205020404"/>
    <w:charset w:val="00"/>
    <w:family w:val="modern"/>
    <w:notTrueType/>
    <w:pitch w:val="fixed"/>
    <w:sig w:usb0="00000003" w:usb1="00000000" w:usb2="00000000" w:usb3="00000000" w:csb0="00000001"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616451826">
    <w:abstractNumId w:val="8"/>
  </w:num>
  <w:num w:numId="2" w16cid:durableId="1251503092">
    <w:abstractNumId w:val="6"/>
  </w:num>
  <w:num w:numId="3" w16cid:durableId="561138760">
    <w:abstractNumId w:val="5"/>
  </w:num>
  <w:num w:numId="4" w16cid:durableId="1736321255">
    <w:abstractNumId w:val="4"/>
  </w:num>
  <w:num w:numId="5" w16cid:durableId="1145851121">
    <w:abstractNumId w:val="7"/>
  </w:num>
  <w:num w:numId="6" w16cid:durableId="1913272950">
    <w:abstractNumId w:val="3"/>
  </w:num>
  <w:num w:numId="7" w16cid:durableId="919561542">
    <w:abstractNumId w:val="2"/>
  </w:num>
  <w:num w:numId="8" w16cid:durableId="843207567">
    <w:abstractNumId w:val="1"/>
  </w:num>
  <w:num w:numId="9" w16cid:durableId="1372463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1758"/>
    <w:rsid w:val="000313FB"/>
    <w:rsid w:val="00034616"/>
    <w:rsid w:val="0006063C"/>
    <w:rsid w:val="0006096D"/>
    <w:rsid w:val="000E7F7D"/>
    <w:rsid w:val="000F45A5"/>
    <w:rsid w:val="00132EB3"/>
    <w:rsid w:val="0015074B"/>
    <w:rsid w:val="001B107F"/>
    <w:rsid w:val="001B77C1"/>
    <w:rsid w:val="001C1090"/>
    <w:rsid w:val="001E5CA6"/>
    <w:rsid w:val="00235EE7"/>
    <w:rsid w:val="002379A3"/>
    <w:rsid w:val="0029639D"/>
    <w:rsid w:val="002F646C"/>
    <w:rsid w:val="00326F90"/>
    <w:rsid w:val="00344EA2"/>
    <w:rsid w:val="003628C8"/>
    <w:rsid w:val="00366C1B"/>
    <w:rsid w:val="00432934"/>
    <w:rsid w:val="004B49B8"/>
    <w:rsid w:val="005D0515"/>
    <w:rsid w:val="005D1215"/>
    <w:rsid w:val="005D4A1C"/>
    <w:rsid w:val="005F6F41"/>
    <w:rsid w:val="0062648D"/>
    <w:rsid w:val="00644E42"/>
    <w:rsid w:val="0075370F"/>
    <w:rsid w:val="007834EC"/>
    <w:rsid w:val="0088421E"/>
    <w:rsid w:val="008A53B3"/>
    <w:rsid w:val="00957F0C"/>
    <w:rsid w:val="0098194B"/>
    <w:rsid w:val="00995696"/>
    <w:rsid w:val="009B780D"/>
    <w:rsid w:val="009C59F8"/>
    <w:rsid w:val="00AA1D8D"/>
    <w:rsid w:val="00B47730"/>
    <w:rsid w:val="00CB0664"/>
    <w:rsid w:val="00D369DB"/>
    <w:rsid w:val="00D40018"/>
    <w:rsid w:val="00D7617F"/>
    <w:rsid w:val="00DD610D"/>
    <w:rsid w:val="00E02458"/>
    <w:rsid w:val="00E17817"/>
    <w:rsid w:val="00E3069D"/>
    <w:rsid w:val="00E50683"/>
    <w:rsid w:val="00EC65A5"/>
    <w:rsid w:val="00EE674D"/>
    <w:rsid w:val="00FC628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17F4AF57"/>
  <w14:defaultImageDpi w14:val="300"/>
  <w15:docId w15:val="{71F2B492-A404-45CB-A0B5-0386EE898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113</Words>
  <Characters>649</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jimu101</cp:lastModifiedBy>
  <cp:revision>9</cp:revision>
  <cp:lastPrinted>2025-12-01T08:21:00Z</cp:lastPrinted>
  <dcterms:created xsi:type="dcterms:W3CDTF">2026-08-24T06:27:00Z</dcterms:created>
  <dcterms:modified xsi:type="dcterms:W3CDTF">2026-09-03T06:12:00Z</dcterms:modified>
  <cp:category/>
</cp:coreProperties>
</file>